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11827"/>
          <w:sz w:val="40"/>
        </w:rPr>
        <w:t>Client Disengagement Letter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[Your firm letterhead]</w:t>
      </w:r>
    </w:p>
    <w:p>
      <w:pPr>
        <w:spacing w:after="40"/>
      </w:pPr>
    </w:p>
    <w:p>
      <w:r>
        <w:rPr>
          <w:b w:val="0"/>
          <w:i w:val="0"/>
          <w:sz w:val="22"/>
        </w:rPr>
        <w:t>[Date]</w:t>
      </w:r>
    </w:p>
    <w:p>
      <w:pPr>
        <w:spacing w:after="40"/>
      </w:pPr>
    </w:p>
    <w:p>
      <w:pPr>
        <w:spacing w:after="20"/>
      </w:pPr>
      <w:r>
        <w:rPr>
          <w:b w:val="0"/>
          <w:i w:val="0"/>
          <w:sz w:val="22"/>
        </w:rPr>
        <w:t>[Client name]</w:t>
      </w:r>
    </w:p>
    <w:p>
      <w:pPr>
        <w:spacing w:after="20"/>
      </w:pPr>
      <w:r>
        <w:rPr>
          <w:b w:val="0"/>
          <w:i w:val="0"/>
          <w:sz w:val="22"/>
        </w:rPr>
        <w:t>[Client address]</w:t>
      </w:r>
    </w:p>
    <w:p>
      <w:pPr>
        <w:spacing w:after="40"/>
      </w:pPr>
    </w:p>
    <w:p>
      <w:r>
        <w:rPr>
          <w:b/>
          <w:i w:val="0"/>
          <w:sz w:val="22"/>
        </w:rPr>
        <w:t>Re: Termination of professional services</w:t>
      </w:r>
    </w:p>
    <w:p>
      <w:pPr>
        <w:spacing w:after="40"/>
      </w:pPr>
    </w:p>
    <w:p>
      <w:r>
        <w:rPr>
          <w:b w:val="0"/>
          <w:i w:val="0"/>
          <w:sz w:val="22"/>
        </w:rPr>
        <w:t>Dear [Client name],</w:t>
      </w:r>
    </w:p>
    <w:p>
      <w:r>
        <w:rPr>
          <w:b w:val="0"/>
          <w:i w:val="0"/>
          <w:sz w:val="22"/>
        </w:rPr>
        <w:t>Thank you for the opportunity to have worked with you. This letter is to notify you that [Your firm] will no longer be providing [bookkeeping / accounting / tax / advisory] services to [Client / entity name], effective [effective date].</w:t>
      </w:r>
    </w:p>
    <w:p>
      <w:r>
        <w:rPr>
          <w:b/>
          <w:i w:val="0"/>
          <w:sz w:val="22"/>
        </w:rPr>
        <w:t xml:space="preserve">Status of current work. </w:t>
      </w:r>
      <w:r>
        <w:rPr>
          <w:b w:val="0"/>
          <w:i w:val="0"/>
          <w:sz w:val="22"/>
        </w:rPr>
        <w:t>As of the effective date, the following work is complete: [list]. The following is in progress or not yet started and will not be completed by us: [list]. We recommend you arrange for these items to be handled by your new provider.</w:t>
      </w:r>
    </w:p>
    <w:p>
      <w:r>
        <w:rPr>
          <w:b/>
          <w:i w:val="0"/>
          <w:sz w:val="22"/>
        </w:rPr>
        <w:t xml:space="preserve">Your records. </w:t>
      </w:r>
      <w:r>
        <w:rPr>
          <w:b w:val="0"/>
          <w:i w:val="0"/>
          <w:sz w:val="22"/>
        </w:rPr>
        <w:t>Your records and documents are available for transfer to you or your new representative. On receipt of your written request (and settlement of any outstanding balance), we will provide [list of records] within [number] business days.</w:t>
      </w:r>
    </w:p>
    <w:p>
      <w:r>
        <w:rPr>
          <w:b/>
          <w:i w:val="0"/>
          <w:sz w:val="22"/>
        </w:rPr>
        <w:t xml:space="preserve">Outstanding fees. </w:t>
      </w:r>
      <w:r>
        <w:rPr>
          <w:b w:val="0"/>
          <w:i w:val="0"/>
          <w:sz w:val="22"/>
        </w:rPr>
        <w:t>Our records show an outstanding balance of [amount], due by [date]. A final invoice for work performed through the effective date [is enclosed / will follow].</w:t>
      </w:r>
    </w:p>
    <w:p>
      <w:r>
        <w:rPr>
          <w:b/>
          <w:i w:val="0"/>
          <w:sz w:val="22"/>
        </w:rPr>
        <w:t xml:space="preserve">Transition. </w:t>
      </w:r>
      <w:r>
        <w:rPr>
          <w:b w:val="0"/>
          <w:i w:val="0"/>
          <w:sz w:val="22"/>
        </w:rPr>
        <w:t>We will cooperate reasonably with your new provider to make the transition smooth. Please have them contact us at [contact details].</w:t>
      </w:r>
    </w:p>
    <w:p>
      <w:r>
        <w:rPr>
          <w:b w:val="0"/>
          <w:i w:val="0"/>
          <w:sz w:val="22"/>
        </w:rPr>
        <w:t>We wish you and your business well.</w:t>
      </w:r>
    </w:p>
    <w:p>
      <w:pPr>
        <w:spacing w:after="40"/>
      </w:pPr>
    </w:p>
    <w:p>
      <w:pPr>
        <w:spacing w:after="20"/>
      </w:pPr>
      <w:r>
        <w:rPr>
          <w:b w:val="0"/>
          <w:i w:val="0"/>
          <w:sz w:val="22"/>
        </w:rPr>
        <w:t>Sincerely,</w:t>
      </w:r>
    </w:p>
    <w:p>
      <w:pPr>
        <w:spacing w:after="20"/>
      </w:pPr>
      <w:r>
        <w:rPr>
          <w:b w:val="0"/>
          <w:i w:val="0"/>
          <w:sz w:val="22"/>
        </w:rPr>
      </w:r>
    </w:p>
    <w:p>
      <w:pPr>
        <w:spacing w:after="20"/>
      </w:pPr>
      <w:r>
        <w:rPr>
          <w:b w:val="0"/>
          <w:i w:val="0"/>
          <w:sz w:val="22"/>
        </w:rPr>
        <w:t>[Name]</w:t>
      </w:r>
    </w:p>
    <w:p>
      <w:pPr>
        <w:spacing w:after="20"/>
      </w:pPr>
      <w:r>
        <w:rPr>
          <w:b w:val="0"/>
          <w:i w:val="0"/>
          <w:sz w:val="22"/>
        </w:rPr>
        <w:t>[Title], [Your firm]</w:t>
      </w:r>
    </w:p>
    <w:p>
      <w:pPr>
        <w:spacing w:after="40"/>
      </w:pPr>
    </w:p>
    <w:p>
      <w:r>
        <w:rPr>
          <w:b w:val="0"/>
          <w:i/>
          <w:color w:val="6B7280"/>
          <w:sz w:val="18"/>
        </w:rPr>
        <w:t>This template is a starting point, not legal advice. Confirm your professional obligations for records retention and handover before sending.</w:t>
      </w:r>
    </w:p>
    <w:p>
      <w:pPr>
        <w:spacing w:before="200"/>
      </w:pPr>
    </w:p>
    <w:p>
      <w:r>
        <w:rPr>
          <w:b w:val="0"/>
          <w:i/>
          <w:color w:val="6B7280"/>
          <w:sz w:val="18"/>
        </w:rPr>
        <w:t>Free template from Tidyflow (tidyflow.com). Delete this line before sending.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Disengagement Letter</dc:title>
  <dc:subject/>
  <dc:creator>Tidyflow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