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i w:val="0"/>
          <w:color w:val="111827"/>
          <w:sz w:val="40"/>
        </w:rPr>
        <w:t>Client Service Agreement</w:t>
      </w:r>
    </w:p>
    <w:p>
      <w:r>
        <w:rPr>
          <w:b w:val="0"/>
          <w:i w:val="0"/>
          <w:sz w:val="22"/>
        </w:rPr>
        <w:t>This Client Service Agreement ("Agreement") is made between [Your Firm Name] ("the Firm") and [Client Legal Name] ("the Client"), effective [effective date].</w:t>
      </w:r>
    </w:p>
    <w:p>
      <w:pPr>
        <w:spacing w:before="240" w:after="60"/>
      </w:pPr>
      <w:r>
        <w:rPr>
          <w:b/>
          <w:i w:val="0"/>
          <w:color w:val="111827"/>
          <w:sz w:val="26"/>
        </w:rPr>
        <w:t>1. Services</w:t>
      </w:r>
    </w:p>
    <w:p>
      <w:r>
        <w:rPr>
          <w:b w:val="0"/>
          <w:i w:val="0"/>
          <w:sz w:val="22"/>
        </w:rPr>
        <w:t>The Firm will provide professional services to the Client as described in the engagement letter(s) that reference this Agreement. This Agreement sets the ongoing terms; specific scope and fees are set out in each engagement letter.</w:t>
      </w:r>
    </w:p>
    <w:p>
      <w:pPr>
        <w:spacing w:before="240" w:after="60"/>
      </w:pPr>
      <w:r>
        <w:rPr>
          <w:b/>
          <w:i w:val="0"/>
          <w:color w:val="111827"/>
          <w:sz w:val="26"/>
        </w:rPr>
        <w:t>2. Responsibilities of the Firm</w:t>
      </w:r>
    </w:p>
    <w:p>
      <w:r>
        <w:rPr>
          <w:b w:val="0"/>
          <w:i w:val="0"/>
          <w:sz w:val="22"/>
        </w:rPr>
        <w:t>The Firm will perform the services with reasonable care and skill and in accordance with applicable professional standards, and will communicate in a timely manner.</w:t>
      </w:r>
    </w:p>
    <w:p>
      <w:pPr>
        <w:spacing w:before="240" w:after="60"/>
      </w:pPr>
      <w:r>
        <w:rPr>
          <w:b/>
          <w:i w:val="0"/>
          <w:color w:val="111827"/>
          <w:sz w:val="26"/>
        </w:rPr>
        <w:t>3. Responsibilities of the Client</w:t>
      </w:r>
    </w:p>
    <w:p>
      <w:r>
        <w:rPr>
          <w:b w:val="0"/>
          <w:i w:val="0"/>
          <w:sz w:val="22"/>
        </w:rPr>
        <w:t>The Client will provide complete and accurate information, respond to requests in a timely manner, and give access to the records needed to perform the services. The Firm’s work relies on the information the Client provides.</w:t>
      </w:r>
    </w:p>
    <w:p>
      <w:pPr>
        <w:spacing w:before="240" w:after="60"/>
      </w:pPr>
      <w:r>
        <w:rPr>
          <w:b/>
          <w:i w:val="0"/>
          <w:color w:val="111827"/>
          <w:sz w:val="26"/>
        </w:rPr>
        <w:t>4. Fees &amp; payment</w:t>
      </w:r>
    </w:p>
    <w:p>
      <w:r>
        <w:rPr>
          <w:b w:val="0"/>
          <w:i w:val="0"/>
          <w:sz w:val="22"/>
        </w:rPr>
        <w:t>Fees are set out in the relevant engagement letter. Invoices are payable within [number] days. Overdue accounts may [incur interest at [rate] / be paused] until settled.</w:t>
      </w:r>
    </w:p>
    <w:p>
      <w:pPr>
        <w:spacing w:before="240" w:after="60"/>
      </w:pPr>
      <w:r>
        <w:rPr>
          <w:b/>
          <w:i w:val="0"/>
          <w:color w:val="111827"/>
          <w:sz w:val="26"/>
        </w:rPr>
        <w:t>5. Confidentiality &amp; data</w:t>
      </w:r>
    </w:p>
    <w:p>
      <w:r>
        <w:rPr>
          <w:b w:val="0"/>
          <w:i w:val="0"/>
          <w:sz w:val="22"/>
        </w:rPr>
        <w:t>Each party will keep the other’s confidential information confidential. The Firm will store and protect Client data using reasonable safeguards and will return or dispose of records in line with its retention policy.</w:t>
      </w:r>
    </w:p>
    <w:p>
      <w:pPr>
        <w:spacing w:before="240" w:after="60"/>
      </w:pPr>
      <w:r>
        <w:rPr>
          <w:b/>
          <w:i w:val="0"/>
          <w:color w:val="111827"/>
          <w:sz w:val="26"/>
        </w:rPr>
        <w:t>6. Ownership of work &amp; records</w:t>
      </w:r>
    </w:p>
    <w:p>
      <w:r>
        <w:rPr>
          <w:b w:val="0"/>
          <w:i w:val="0"/>
          <w:sz w:val="22"/>
        </w:rPr>
        <w:t>Work product and working papers are owned by [the Firm / the Client] as set out here. On request, the Client will receive [the agreed deliverables and records].</w:t>
      </w:r>
    </w:p>
    <w:p>
      <w:pPr>
        <w:spacing w:before="240" w:after="60"/>
      </w:pPr>
      <w:r>
        <w:rPr>
          <w:b/>
          <w:i w:val="0"/>
          <w:color w:val="111827"/>
          <w:sz w:val="26"/>
        </w:rPr>
        <w:t>7. Limitation of liability</w:t>
      </w:r>
    </w:p>
    <w:p>
      <w:r>
        <w:rPr>
          <w:b w:val="0"/>
          <w:i w:val="0"/>
          <w:sz w:val="22"/>
        </w:rPr>
        <w:t>To the extent permitted by law, the Firm’s total liability under this Agreement is limited to [cap]. The Firm is not liable for loss arising from inaccurate or incomplete information provided by the Client. [Have this clause reviewed for your jurisdiction.]</w:t>
      </w:r>
    </w:p>
    <w:p>
      <w:pPr>
        <w:spacing w:before="240" w:after="60"/>
      </w:pPr>
      <w:r>
        <w:rPr>
          <w:b/>
          <w:i w:val="0"/>
          <w:color w:val="111827"/>
          <w:sz w:val="26"/>
        </w:rPr>
        <w:t>8. Term &amp; termination</w:t>
      </w:r>
    </w:p>
    <w:p>
      <w:r>
        <w:rPr>
          <w:b w:val="0"/>
          <w:i w:val="0"/>
          <w:sz w:val="22"/>
        </w:rPr>
        <w:t>This Agreement continues until ended by either party on [number] days’ written notice. On termination, the Firm will issue a final invoice, return the Client’s records on request, and cooperate reasonably with any transition.</w:t>
      </w:r>
    </w:p>
    <w:p>
      <w:pPr>
        <w:spacing w:before="240" w:after="60"/>
      </w:pPr>
      <w:r>
        <w:rPr>
          <w:b/>
          <w:i w:val="0"/>
          <w:color w:val="111827"/>
          <w:sz w:val="26"/>
        </w:rPr>
        <w:t>9. Governing law</w:t>
      </w:r>
    </w:p>
    <w:p>
      <w:r>
        <w:rPr>
          <w:b w:val="0"/>
          <w:i w:val="0"/>
          <w:sz w:val="22"/>
        </w:rPr>
        <w:t>This Agreement is governed by the laws of [jurisdiction].</w:t>
      </w:r>
    </w:p>
    <w:p>
      <w:pPr>
        <w:spacing w:before="240" w:after="60"/>
      </w:pPr>
      <w:r>
        <w:rPr>
          <w:b/>
          <w:i w:val="0"/>
          <w:color w:val="111827"/>
          <w:sz w:val="26"/>
        </w:rPr>
        <w:t>10. Signatures</w:t>
      </w:r>
    </w:p>
    <w:p>
      <w:pPr>
        <w:spacing w:before="160"/>
      </w:pPr>
      <w:r>
        <w:rPr>
          <w:b/>
          <w:i w:val="0"/>
          <w:sz w:val="22"/>
        </w:rPr>
        <w:t>For the Firm:</w:t>
      </w:r>
    </w:p>
    <w:p>
      <w:pPr>
        <w:spacing w:after="80"/>
      </w:pPr>
      <w:r>
        <w:rPr>
          <w:b/>
          <w:i w:val="0"/>
          <w:sz w:val="22"/>
        </w:rPr>
        <w:t xml:space="preserve">Signature: </w:t>
      </w:r>
      <w:r>
        <w:rPr>
          <w:b w:val="0"/>
          <w:i w:val="0"/>
          <w:sz w:val="22"/>
        </w:rPr>
        <w:t xml:space="preserve"> </w:t>
      </w:r>
      <w:r>
        <w:rPr>
          <w:b w:val="0"/>
          <w:i w:val="0"/>
          <w:color w:val="6B7280"/>
          <w:sz w:val="22"/>
        </w:rPr>
        <w:t xml:space="preserve"> ________________________________________</w:t>
      </w:r>
    </w:p>
    <w:p>
      <w:pPr>
        <w:spacing w:after="80"/>
      </w:pPr>
      <w:r>
        <w:rPr>
          <w:b/>
          <w:i w:val="0"/>
          <w:sz w:val="22"/>
        </w:rPr>
        <w:t xml:space="preserve">Name: </w:t>
      </w:r>
      <w:r>
        <w:rPr>
          <w:b w:val="0"/>
          <w:i w:val="0"/>
          <w:sz w:val="22"/>
        </w:rPr>
        <w:t xml:space="preserve"> </w:t>
      </w:r>
      <w:r>
        <w:rPr>
          <w:b w:val="0"/>
          <w:i w:val="0"/>
          <w:color w:val="6B7280"/>
          <w:sz w:val="22"/>
        </w:rPr>
        <w:t xml:space="preserve"> ________________________________________</w:t>
      </w:r>
    </w:p>
    <w:p>
      <w:pPr>
        <w:spacing w:after="80"/>
      </w:pPr>
      <w:r>
        <w:rPr>
          <w:b/>
          <w:i w:val="0"/>
          <w:sz w:val="22"/>
        </w:rPr>
        <w:t xml:space="preserve">Title: </w:t>
      </w:r>
      <w:r>
        <w:rPr>
          <w:b w:val="0"/>
          <w:i w:val="0"/>
          <w:sz w:val="22"/>
        </w:rPr>
        <w:t xml:space="preserve"> </w:t>
      </w:r>
      <w:r>
        <w:rPr>
          <w:b w:val="0"/>
          <w:i w:val="0"/>
          <w:color w:val="6B7280"/>
          <w:sz w:val="22"/>
        </w:rPr>
        <w:t xml:space="preserve"> ________________________________________</w:t>
      </w:r>
    </w:p>
    <w:p>
      <w:pPr>
        <w:spacing w:after="80"/>
      </w:pPr>
      <w:r>
        <w:rPr>
          <w:b/>
          <w:i w:val="0"/>
          <w:sz w:val="22"/>
        </w:rPr>
        <w:t xml:space="preserve">Date: </w:t>
      </w:r>
      <w:r>
        <w:rPr>
          <w:b w:val="0"/>
          <w:i w:val="0"/>
          <w:sz w:val="22"/>
        </w:rPr>
        <w:t xml:space="preserve"> </w:t>
      </w:r>
      <w:r>
        <w:rPr>
          <w:b w:val="0"/>
          <w:i w:val="0"/>
          <w:color w:val="6B7280"/>
          <w:sz w:val="22"/>
        </w:rPr>
        <w:t xml:space="preserve"> ________________________________________</w:t>
      </w:r>
    </w:p>
    <w:p>
      <w:pPr>
        <w:spacing w:before="160"/>
      </w:pPr>
      <w:r>
        <w:rPr>
          <w:b/>
          <w:i w:val="0"/>
          <w:sz w:val="22"/>
        </w:rPr>
        <w:t>For the Client:</w:t>
      </w:r>
    </w:p>
    <w:p>
      <w:pPr>
        <w:spacing w:after="80"/>
      </w:pPr>
      <w:r>
        <w:rPr>
          <w:b/>
          <w:i w:val="0"/>
          <w:sz w:val="22"/>
        </w:rPr>
        <w:t xml:space="preserve">Signature: </w:t>
      </w:r>
      <w:r>
        <w:rPr>
          <w:b w:val="0"/>
          <w:i w:val="0"/>
          <w:sz w:val="22"/>
        </w:rPr>
        <w:t xml:space="preserve"> </w:t>
      </w:r>
      <w:r>
        <w:rPr>
          <w:b w:val="0"/>
          <w:i w:val="0"/>
          <w:color w:val="6B7280"/>
          <w:sz w:val="22"/>
        </w:rPr>
        <w:t xml:space="preserve"> ________________________________________</w:t>
      </w:r>
    </w:p>
    <w:p>
      <w:pPr>
        <w:spacing w:after="80"/>
      </w:pPr>
      <w:r>
        <w:rPr>
          <w:b/>
          <w:i w:val="0"/>
          <w:sz w:val="22"/>
        </w:rPr>
        <w:t xml:space="preserve">Name: </w:t>
      </w:r>
      <w:r>
        <w:rPr>
          <w:b w:val="0"/>
          <w:i w:val="0"/>
          <w:sz w:val="22"/>
        </w:rPr>
        <w:t xml:space="preserve"> </w:t>
      </w:r>
      <w:r>
        <w:rPr>
          <w:b w:val="0"/>
          <w:i w:val="0"/>
          <w:color w:val="6B7280"/>
          <w:sz w:val="22"/>
        </w:rPr>
        <w:t xml:space="preserve"> ________________________________________</w:t>
      </w:r>
    </w:p>
    <w:p>
      <w:pPr>
        <w:spacing w:after="80"/>
      </w:pPr>
      <w:r>
        <w:rPr>
          <w:b/>
          <w:i w:val="0"/>
          <w:sz w:val="22"/>
        </w:rPr>
        <w:t xml:space="preserve">Title: </w:t>
      </w:r>
      <w:r>
        <w:rPr>
          <w:b w:val="0"/>
          <w:i w:val="0"/>
          <w:sz w:val="22"/>
        </w:rPr>
        <w:t xml:space="preserve"> </w:t>
      </w:r>
      <w:r>
        <w:rPr>
          <w:b w:val="0"/>
          <w:i w:val="0"/>
          <w:color w:val="6B7280"/>
          <w:sz w:val="22"/>
        </w:rPr>
        <w:t xml:space="preserve"> ________________________________________</w:t>
      </w:r>
    </w:p>
    <w:p>
      <w:pPr>
        <w:spacing w:after="80"/>
      </w:pPr>
      <w:r>
        <w:rPr>
          <w:b/>
          <w:i w:val="0"/>
          <w:sz w:val="22"/>
        </w:rPr>
        <w:t xml:space="preserve">Date: </w:t>
      </w:r>
      <w:r>
        <w:rPr>
          <w:b w:val="0"/>
          <w:i w:val="0"/>
          <w:sz w:val="22"/>
        </w:rPr>
        <w:t xml:space="preserve"> </w:t>
      </w:r>
      <w:r>
        <w:rPr>
          <w:b w:val="0"/>
          <w:i w:val="0"/>
          <w:color w:val="6B7280"/>
          <w:sz w:val="22"/>
        </w:rPr>
        <w:t xml:space="preserve"> ________________________________________</w:t>
      </w:r>
    </w:p>
    <w:p>
      <w:pPr>
        <w:spacing w:after="40"/>
      </w:pPr>
    </w:p>
    <w:p>
      <w:r>
        <w:rPr>
          <w:b w:val="0"/>
          <w:i/>
          <w:color w:val="6B7280"/>
          <w:sz w:val="18"/>
        </w:rPr>
        <w:t>This template is a starting point, not legal advice. Have it reviewed by a qualified professional before you rely on it.</w:t>
      </w:r>
    </w:p>
    <w:p>
      <w:pPr>
        <w:spacing w:before="200"/>
      </w:pPr>
    </w:p>
    <w:p>
      <w:r>
        <w:rPr>
          <w:b w:val="0"/>
          <w:i/>
          <w:color w:val="6B7280"/>
          <w:sz w:val="18"/>
        </w:rPr>
        <w:t>Free template from Tidyflow (tidyflow.com). Delete this line before sending.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Service Agreement</dc:title>
  <dc:subject/>
  <dc:creator>Tidyflow</dc:creator>
  <cp:keywords/>
  <dc:description>generated by python-docx</dc:description>
  <cp:lastModifiedBy/>
  <cp:revision>1</cp:revision>
  <dcterms:created xsi:type="dcterms:W3CDTF">2013-12-23T23:15:00Z</dcterms:created>
  <dcterms:modified xsi:type="dcterms:W3CDTF">2013-12-23T23:15:00Z</dcterms:modified>
  <cp:category/>
</cp:coreProperties>
</file>