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11827"/>
          <w:sz w:val="40"/>
        </w:rPr>
        <w:t>Bookkeeping Proposal</w:t>
      </w:r>
    </w:p>
    <w:p>
      <w:pPr>
        <w:spacing w:after="20"/>
      </w:pPr>
      <w:r>
        <w:rPr>
          <w:b w:val="0"/>
          <w:i w:val="0"/>
          <w:color w:val="6B7280"/>
          <w:sz w:val="21"/>
        </w:rPr>
        <w:t>Prepared by [Your Firm Name]</w:t>
      </w:r>
    </w:p>
    <w:p>
      <w:pPr>
        <w:spacing w:after="20"/>
      </w:pPr>
      <w:r>
        <w:rPr>
          <w:b w:val="0"/>
          <w:i w:val="0"/>
          <w:color w:val="6B7280"/>
          <w:sz w:val="21"/>
        </w:rPr>
        <w:t>Prepared for [Client Name]</w:t>
      </w:r>
    </w:p>
    <w:p>
      <w:pPr>
        <w:spacing w:after="20"/>
      </w:pPr>
      <w:r>
        <w:rPr>
          <w:b w:val="0"/>
          <w:i w:val="0"/>
          <w:color w:val="6B7280"/>
          <w:sz w:val="21"/>
        </w:rPr>
        <w:t>Date: [Date]</w:t>
      </w:r>
    </w:p>
    <w:p>
      <w:pPr>
        <w:spacing w:after="40"/>
      </w:pPr>
    </w:p>
    <w:p>
      <w:pPr>
        <w:spacing w:before="240" w:after="60"/>
      </w:pPr>
      <w:r>
        <w:rPr>
          <w:b/>
          <w:i w:val="0"/>
          <w:color w:val="111827"/>
          <w:sz w:val="26"/>
        </w:rPr>
        <w:t>Summary</w:t>
      </w:r>
    </w:p>
    <w:p>
      <w:r>
        <w:rPr>
          <w:b w:val="0"/>
          <w:i w:val="0"/>
          <w:sz w:val="22"/>
        </w:rPr>
        <w:t>[In two sentences, state what you are proposing and the outcome for the client, e.g. "Clean, up-to-date books every month and a clear picture of your numbers, without you touching a spreadsheet."]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Understanding of your situation</w:t>
      </w:r>
    </w:p>
    <w:p>
      <w:r>
        <w:rPr>
          <w:b w:val="0"/>
          <w:i w:val="0"/>
          <w:sz w:val="22"/>
        </w:rPr>
        <w:t>[Restate, in your words, where the client’s books are today, what is prompting the change, and what "good" looks like for them. This shows you listened.]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What’s included</w:t>
      </w:r>
    </w:p>
    <w:p>
      <w:pPr>
        <w:pStyle w:val="ListBullet"/>
      </w:pPr>
      <w:r>
        <w:rPr>
          <w:b w:val="0"/>
          <w:i w:val="0"/>
          <w:sz w:val="22"/>
        </w:rPr>
        <w:t>Transaction categorisation and coding</w:t>
      </w:r>
    </w:p>
    <w:p>
      <w:pPr>
        <w:pStyle w:val="ListBullet"/>
      </w:pPr>
      <w:r>
        <w:rPr>
          <w:b w:val="0"/>
          <w:i w:val="0"/>
          <w:sz w:val="22"/>
        </w:rPr>
        <w:t>Bank and credit card reconciliations (monthly)</w:t>
      </w:r>
    </w:p>
    <w:p>
      <w:pPr>
        <w:pStyle w:val="ListBullet"/>
      </w:pPr>
      <w:r>
        <w:rPr>
          <w:b w:val="0"/>
          <w:i w:val="0"/>
          <w:sz w:val="22"/>
        </w:rPr>
        <w:t>Accounts payable / receivable tracking</w:t>
      </w:r>
    </w:p>
    <w:p>
      <w:pPr>
        <w:pStyle w:val="ListBullet"/>
      </w:pPr>
      <w:r>
        <w:rPr>
          <w:b w:val="0"/>
          <w:i w:val="0"/>
          <w:sz w:val="22"/>
        </w:rPr>
        <w:t>Payroll journal entries</w:t>
      </w:r>
    </w:p>
    <w:p>
      <w:pPr>
        <w:pStyle w:val="ListBullet"/>
      </w:pPr>
      <w:r>
        <w:rPr>
          <w:b w:val="0"/>
          <w:i w:val="0"/>
          <w:sz w:val="22"/>
        </w:rPr>
        <w:t>Monthly financial statements (P&amp;L, balance sheet, cash flow)</w:t>
      </w:r>
    </w:p>
    <w:p>
      <w:pPr>
        <w:pStyle w:val="ListBullet"/>
      </w:pPr>
      <w:r>
        <w:rPr>
          <w:b w:val="0"/>
          <w:i w:val="0"/>
          <w:sz w:val="22"/>
        </w:rPr>
        <w:t>A short monthly summary or check-in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What’s not included</w:t>
      </w:r>
    </w:p>
    <w:p>
      <w:pPr>
        <w:pStyle w:val="ListBullet"/>
      </w:pPr>
      <w:r>
        <w:rPr>
          <w:b w:val="0"/>
          <w:i w:val="0"/>
          <w:sz w:val="22"/>
        </w:rPr>
        <w:t>Tax return preparation and filing</w:t>
      </w:r>
    </w:p>
    <w:p>
      <w:pPr>
        <w:pStyle w:val="ListBullet"/>
      </w:pPr>
      <w:r>
        <w:rPr>
          <w:b w:val="0"/>
          <w:i w:val="0"/>
          <w:sz w:val="22"/>
        </w:rPr>
        <w:t>Catch-up / cleanup of prior periods (quoted separately)</w:t>
      </w:r>
    </w:p>
    <w:p>
      <w:pPr>
        <w:pStyle w:val="ListBullet"/>
      </w:pPr>
      <w:r>
        <w:rPr>
          <w:b w:val="0"/>
          <w:i w:val="0"/>
          <w:sz w:val="22"/>
        </w:rPr>
        <w:t>Payroll processing, sales tax filing, CFO / advisory work</w:t>
      </w:r>
    </w:p>
    <w:p>
      <w:pPr>
        <w:pStyle w:val="ListBullet"/>
      </w:pPr>
      <w:r>
        <w:rPr>
          <w:b w:val="0"/>
          <w:i w:val="0"/>
          <w:sz w:val="22"/>
        </w:rPr>
        <w:t>One-off projects, charged at our project rate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Investment</w:t>
      </w:r>
    </w:p>
    <w:p>
      <w:pPr>
        <w:spacing w:after="80"/>
      </w:pPr>
      <w:r>
        <w:rPr>
          <w:b/>
          <w:i w:val="0"/>
          <w:sz w:val="22"/>
        </w:rPr>
        <w:t xml:space="preserve">Fixed monthly fee: </w:t>
      </w:r>
      <w:r>
        <w:rPr>
          <w:b w:val="0"/>
          <w:i w:val="0"/>
          <w:sz w:val="22"/>
        </w:rPr>
        <w:t>$[amount] / month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r>
        <w:rPr>
          <w:b w:val="0"/>
          <w:i w:val="0"/>
          <w:sz w:val="22"/>
        </w:rPr>
        <w:t>[State what is covered by the fee vs. billed separately, the billing cadence and payment method, and what would trigger a price review, e.g. transaction volume growth or added entities.]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Getting started</w:t>
      </w:r>
    </w:p>
    <w:p>
      <w:pPr>
        <w:pStyle w:val="ListBullet"/>
      </w:pPr>
      <w:r>
        <w:rPr>
          <w:b w:val="0"/>
          <w:i w:val="0"/>
          <w:sz w:val="22"/>
        </w:rPr>
        <w:t>[Onboarding step 1]</w:t>
      </w:r>
    </w:p>
    <w:p>
      <w:pPr>
        <w:pStyle w:val="ListBullet"/>
      </w:pPr>
      <w:r>
        <w:rPr>
          <w:b w:val="0"/>
          <w:i w:val="0"/>
          <w:sz w:val="22"/>
        </w:rPr>
        <w:t>[Onboarding step 2]</w:t>
      </w:r>
    </w:p>
    <w:p>
      <w:pPr>
        <w:pStyle w:val="ListBullet"/>
      </w:pPr>
      <w:r>
        <w:rPr>
          <w:b w:val="0"/>
          <w:i w:val="0"/>
          <w:sz w:val="22"/>
        </w:rPr>
        <w:t>What we need from you to begin</w:t>
      </w:r>
    </w:p>
    <w:p>
      <w:pPr>
        <w:pStyle w:val="ListBullet"/>
      </w:pPr>
      <w:r>
        <w:rPr>
          <w:b w:val="0"/>
          <w:i w:val="0"/>
          <w:sz w:val="22"/>
        </w:rPr>
        <w:t>Proposed start date: [date]</w:t>
      </w:r>
    </w:p>
    <w:p>
      <w:pPr>
        <w:spacing w:before="240" w:after="60"/>
      </w:pPr>
      <w:r>
        <w:rPr>
          <w:b/>
          <w:i w:val="0"/>
          <w:color w:val="111827"/>
          <w:sz w:val="26"/>
        </w:rPr>
        <w:t>Acceptance</w:t>
      </w:r>
    </w:p>
    <w:p>
      <w:r>
        <w:rPr>
          <w:b w:val="0"/>
          <w:i w:val="0"/>
          <w:sz w:val="22"/>
        </w:rPr>
        <w:t>By signing below, you accept this proposal and authorise us to begin work.</w:t>
      </w:r>
    </w:p>
    <w:p>
      <w:pPr>
        <w:spacing w:before="160"/>
      </w:pPr>
      <w:r>
        <w:rPr>
          <w:b/>
          <w:i w:val="0"/>
          <w:sz w:val="22"/>
        </w:rPr>
        <w:t>For the client:</w:t>
      </w:r>
    </w:p>
    <w:p>
      <w:pPr>
        <w:spacing w:after="80"/>
      </w:pPr>
      <w:r>
        <w:rPr>
          <w:b/>
          <w:i w:val="0"/>
          <w:sz w:val="22"/>
        </w:rPr>
        <w:t xml:space="preserve">Signature: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Name: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Title: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after="80"/>
      </w:pPr>
      <w:r>
        <w:rPr>
          <w:b/>
          <w:i w:val="0"/>
          <w:sz w:val="22"/>
        </w:rPr>
        <w:t xml:space="preserve">Date: </w:t>
      </w:r>
      <w:r>
        <w:rPr>
          <w:b w:val="0"/>
          <w:i w:val="0"/>
          <w:sz w:val="22"/>
        </w:rPr>
        <w:t xml:space="preserve"> </w:t>
      </w:r>
      <w:r>
        <w:rPr>
          <w:b w:val="0"/>
          <w:i w:val="0"/>
          <w:color w:val="6B7280"/>
          <w:sz w:val="22"/>
        </w:rPr>
        <w:t xml:space="preserve"> ________________________________________</w:t>
      </w:r>
    </w:p>
    <w:p>
      <w:pPr>
        <w:spacing w:before="200"/>
      </w:pPr>
    </w:p>
    <w:p>
      <w:r>
        <w:rPr>
          <w:b w:val="0"/>
          <w:i/>
          <w:color w:val="6B7280"/>
          <w:sz w:val="18"/>
        </w:rPr>
        <w:t>Free template from Tidyflow (tidyflow.com). Delete this line before sending.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Bookkeeping Proposal</dc:title>
  <dc:subject/>
  <dc:creator>Tidyflow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